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0080"/>
      </w:tblGrid>
      <w:tr w:rsidR="00417615" w14:paraId="21DD33B0" w14:textId="77777777">
        <w:trPr>
          <w:cantSplit/>
          <w:jc w:val="center"/>
        </w:trPr>
        <w:tc>
          <w:tcPr>
            <w:tcW w:w="10080" w:type="dxa"/>
            <w:shd w:val="clear" w:color="auto" w:fill="1F6D78"/>
            <w:tcMar>
              <w:top w:w="0" w:type="dxa"/>
              <w:left w:w="0" w:type="dxa"/>
              <w:bottom w:w="0" w:type="dxa"/>
              <w:right w:w="0" w:type="dxa"/>
            </w:tcMar>
          </w:tcPr>
          <w:p w14:paraId="7553908C" w14:textId="77777777" w:rsidR="00417615" w:rsidRDefault="002B012F">
            <w:pPr>
              <w:spacing w:line="40" w:lineRule="exact"/>
            </w:pPr>
            <w:r>
              <w:t xml:space="preserve"> </w:t>
            </w:r>
          </w:p>
        </w:tc>
      </w:tr>
    </w:tbl>
    <w:p w14:paraId="3E149EE9" w14:textId="77777777" w:rsidR="00417615" w:rsidRDefault="002B012F">
      <w:pPr>
        <w:pStyle w:val="Title"/>
        <w:spacing w:before="100" w:after="0"/>
      </w:pPr>
      <w:r>
        <w:t>ICNASA Excellence &amp; Access</w:t>
      </w:r>
    </w:p>
    <w:p w14:paraId="38211E6C" w14:textId="77777777" w:rsidR="00417615" w:rsidRDefault="002B012F">
      <w:pPr>
        <w:spacing w:after="80"/>
      </w:pPr>
      <w:r>
        <w:rPr>
          <w:b/>
          <w:color w:val="28343B"/>
          <w:sz w:val="27"/>
        </w:rPr>
        <w:t>Registration Support – Application Form</w:t>
      </w:r>
    </w:p>
    <w:tbl>
      <w:tblPr>
        <w:tblW w:w="0" w:type="auto"/>
        <w:jc w:val="center"/>
        <w:tblLayout w:type="fixed"/>
        <w:tblLook w:val="04A0" w:firstRow="1" w:lastRow="0" w:firstColumn="1" w:lastColumn="0" w:noHBand="0" w:noVBand="1"/>
      </w:tblPr>
      <w:tblGrid>
        <w:gridCol w:w="10426"/>
      </w:tblGrid>
      <w:tr w:rsidR="00417615" w14:paraId="19397F61" w14:textId="77777777">
        <w:trPr>
          <w:cantSplit/>
          <w:jc w:val="center"/>
        </w:trPr>
        <w:tc>
          <w:tcPr>
            <w:tcW w:w="10426" w:type="dxa"/>
            <w:tcBorders>
              <w:left w:val="single" w:sz="18" w:space="0" w:color="1F6D78"/>
            </w:tcBorders>
            <w:shd w:val="clear" w:color="auto" w:fill="EAF2F4"/>
            <w:tcMar>
              <w:top w:w="70" w:type="dxa"/>
              <w:left w:w="115" w:type="dxa"/>
              <w:bottom w:w="70" w:type="dxa"/>
              <w:right w:w="115" w:type="dxa"/>
            </w:tcMar>
          </w:tcPr>
          <w:p w14:paraId="6998DD8A" w14:textId="77777777" w:rsidR="00417615" w:rsidRDefault="002B012F">
            <w:pPr>
              <w:spacing w:after="40"/>
            </w:pPr>
            <w:r>
              <w:rPr>
                <w:b/>
                <w:color w:val="17365D"/>
              </w:rPr>
              <w:t>About this support</w:t>
            </w:r>
          </w:p>
          <w:p w14:paraId="2877DBD7" w14:textId="77777777" w:rsidR="00417615" w:rsidRDefault="002B012F">
            <w:pPr>
              <w:spacing w:after="0" w:line="252" w:lineRule="auto"/>
            </w:pPr>
            <w:r>
              <w:t>A limited number of registration fee discounts are available to PhD students, Early Career Researchers and invited speakers who may otherwise have difficulty participating. Applications are competitive and consider academic merit, available funding and contribution to the ICNASA community.</w:t>
            </w:r>
          </w:p>
        </w:tc>
      </w:tr>
    </w:tbl>
    <w:p w14:paraId="4DD86F86" w14:textId="77777777" w:rsidR="00417615" w:rsidRDefault="002B012F">
      <w:pPr>
        <w:pStyle w:val="Heading1"/>
      </w:pPr>
      <w:r>
        <w:t>1  Applicant details</w:t>
      </w:r>
    </w:p>
    <w:tbl>
      <w:tblPr>
        <w:tblW w:w="0" w:type="auto"/>
        <w:jc w:val="center"/>
        <w:tblLayout w:type="fixed"/>
        <w:tblLook w:val="04A0" w:firstRow="1" w:lastRow="0" w:firstColumn="1" w:lastColumn="0" w:noHBand="0" w:noVBand="1"/>
      </w:tblPr>
      <w:tblGrid>
        <w:gridCol w:w="1756"/>
        <w:gridCol w:w="3240"/>
        <w:gridCol w:w="1584"/>
        <w:gridCol w:w="3384"/>
      </w:tblGrid>
      <w:tr w:rsidR="00417615" w14:paraId="0A1492FB"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033B45DE" w14:textId="77777777" w:rsidR="00417615" w:rsidRDefault="002B012F">
            <w:pPr>
              <w:spacing w:after="0"/>
            </w:pPr>
            <w:r>
              <w:rPr>
                <w:b/>
                <w:color w:val="2F3E46"/>
                <w:sz w:val="18"/>
              </w:rPr>
              <w:t>Full name</w:t>
            </w:r>
          </w:p>
        </w:tc>
        <w:tc>
          <w:tcPr>
            <w:tcW w:w="3240" w:type="dxa"/>
            <w:tcBorders>
              <w:bottom w:val="single" w:sz="4" w:space="0" w:color="D8E0E5"/>
            </w:tcBorders>
            <w:tcMar>
              <w:top w:w="65" w:type="dxa"/>
              <w:left w:w="75" w:type="dxa"/>
              <w:bottom w:w="65" w:type="dxa"/>
              <w:right w:w="75" w:type="dxa"/>
            </w:tcMar>
            <w:vAlign w:val="center"/>
          </w:tcPr>
          <w:p w14:paraId="13F4157E" w14:textId="77777777" w:rsidR="00417615" w:rsidRDefault="002B012F">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15E92CF7" w14:textId="77777777" w:rsidR="00417615" w:rsidRDefault="002B012F">
            <w:pPr>
              <w:spacing w:after="0"/>
            </w:pPr>
            <w:r>
              <w:rPr>
                <w:b/>
                <w:color w:val="2F3E46"/>
                <w:sz w:val="18"/>
              </w:rPr>
              <w:t>Email</w:t>
            </w:r>
          </w:p>
        </w:tc>
        <w:tc>
          <w:tcPr>
            <w:tcW w:w="3384" w:type="dxa"/>
            <w:tcBorders>
              <w:bottom w:val="single" w:sz="4" w:space="0" w:color="D8E0E5"/>
            </w:tcBorders>
            <w:tcMar>
              <w:top w:w="65" w:type="dxa"/>
              <w:left w:w="75" w:type="dxa"/>
              <w:bottom w:w="65" w:type="dxa"/>
              <w:right w:w="75" w:type="dxa"/>
            </w:tcMar>
            <w:vAlign w:val="center"/>
          </w:tcPr>
          <w:p w14:paraId="2D6EADF6" w14:textId="77777777" w:rsidR="00417615" w:rsidRDefault="002B012F">
            <w:pPr>
              <w:spacing w:after="0"/>
            </w:pPr>
            <w:r>
              <w:rPr>
                <w:sz w:val="18"/>
              </w:rPr>
              <w:t xml:space="preserve"> </w:t>
            </w:r>
          </w:p>
        </w:tc>
      </w:tr>
      <w:tr w:rsidR="00417615" w14:paraId="3C1CED8E"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52576E24" w14:textId="77777777" w:rsidR="00417615" w:rsidRDefault="002B012F">
            <w:pPr>
              <w:spacing w:after="0"/>
            </w:pPr>
            <w:r>
              <w:rPr>
                <w:b/>
                <w:color w:val="2F3E46"/>
                <w:sz w:val="18"/>
              </w:rPr>
              <w:t>Institution / organisation</w:t>
            </w:r>
          </w:p>
        </w:tc>
        <w:tc>
          <w:tcPr>
            <w:tcW w:w="3240" w:type="dxa"/>
            <w:tcBorders>
              <w:bottom w:val="single" w:sz="4" w:space="0" w:color="D8E0E5"/>
            </w:tcBorders>
            <w:tcMar>
              <w:top w:w="65" w:type="dxa"/>
              <w:left w:w="75" w:type="dxa"/>
              <w:bottom w:w="65" w:type="dxa"/>
              <w:right w:w="75" w:type="dxa"/>
            </w:tcMar>
            <w:vAlign w:val="center"/>
          </w:tcPr>
          <w:p w14:paraId="7F293570" w14:textId="77777777" w:rsidR="00417615" w:rsidRDefault="002B012F">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6AF40C23" w14:textId="77777777" w:rsidR="00417615" w:rsidRDefault="002B012F">
            <w:pPr>
              <w:spacing w:after="0"/>
            </w:pPr>
            <w:r>
              <w:rPr>
                <w:b/>
                <w:color w:val="2F3E46"/>
                <w:sz w:val="18"/>
              </w:rPr>
              <w:t>Country</w:t>
            </w:r>
          </w:p>
        </w:tc>
        <w:tc>
          <w:tcPr>
            <w:tcW w:w="3384" w:type="dxa"/>
            <w:tcBorders>
              <w:bottom w:val="single" w:sz="4" w:space="0" w:color="D8E0E5"/>
            </w:tcBorders>
            <w:tcMar>
              <w:top w:w="65" w:type="dxa"/>
              <w:left w:w="75" w:type="dxa"/>
              <w:bottom w:w="65" w:type="dxa"/>
              <w:right w:w="75" w:type="dxa"/>
            </w:tcMar>
            <w:vAlign w:val="center"/>
          </w:tcPr>
          <w:p w14:paraId="2F827DB2" w14:textId="77777777" w:rsidR="00417615" w:rsidRDefault="002B012F">
            <w:pPr>
              <w:spacing w:after="0"/>
            </w:pPr>
            <w:r>
              <w:rPr>
                <w:sz w:val="18"/>
              </w:rPr>
              <w:t xml:space="preserve"> </w:t>
            </w:r>
          </w:p>
        </w:tc>
      </w:tr>
      <w:tr w:rsidR="00417615" w14:paraId="74539FDC"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3CD23CE6" w14:textId="77777777" w:rsidR="00417615" w:rsidRDefault="002B012F">
            <w:pPr>
              <w:spacing w:after="0"/>
            </w:pPr>
            <w:r>
              <w:rPr>
                <w:b/>
                <w:color w:val="2F3E46"/>
                <w:sz w:val="18"/>
              </w:rPr>
              <w:t>Current position / program</w:t>
            </w:r>
          </w:p>
        </w:tc>
        <w:tc>
          <w:tcPr>
            <w:tcW w:w="3240" w:type="dxa"/>
            <w:tcBorders>
              <w:bottom w:val="single" w:sz="4" w:space="0" w:color="D8E0E5"/>
            </w:tcBorders>
            <w:tcMar>
              <w:top w:w="65" w:type="dxa"/>
              <w:left w:w="75" w:type="dxa"/>
              <w:bottom w:w="65" w:type="dxa"/>
              <w:right w:w="75" w:type="dxa"/>
            </w:tcMar>
            <w:vAlign w:val="center"/>
          </w:tcPr>
          <w:p w14:paraId="68771500" w14:textId="77777777" w:rsidR="00417615" w:rsidRDefault="002B012F">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3B6D8BD9" w14:textId="77777777" w:rsidR="00417615" w:rsidRDefault="002B012F">
            <w:pPr>
              <w:spacing w:after="0"/>
            </w:pPr>
            <w:r>
              <w:rPr>
                <w:b/>
                <w:color w:val="2F3E46"/>
                <w:sz w:val="18"/>
              </w:rPr>
              <w:t>Career stage</w:t>
            </w:r>
          </w:p>
        </w:tc>
        <w:tc>
          <w:tcPr>
            <w:tcW w:w="3384" w:type="dxa"/>
            <w:tcBorders>
              <w:bottom w:val="single" w:sz="4" w:space="0" w:color="D8E0E5"/>
            </w:tcBorders>
            <w:tcMar>
              <w:top w:w="65" w:type="dxa"/>
              <w:left w:w="75" w:type="dxa"/>
              <w:bottom w:w="65" w:type="dxa"/>
              <w:right w:w="75" w:type="dxa"/>
            </w:tcMar>
            <w:vAlign w:val="center"/>
          </w:tcPr>
          <w:p w14:paraId="749ADE6B" w14:textId="77777777" w:rsidR="00417615" w:rsidRDefault="002B012F">
            <w:pPr>
              <w:spacing w:after="0"/>
            </w:pPr>
            <w:r>
              <w:rPr>
                <w:sz w:val="18"/>
              </w:rPr>
              <w:t>☐</w:t>
            </w:r>
            <w:r>
              <w:rPr>
                <w:sz w:val="18"/>
              </w:rPr>
              <w:t xml:space="preserve"> PhD student   ☐ ECR   ☐ Invited speaker</w:t>
            </w:r>
          </w:p>
        </w:tc>
      </w:tr>
      <w:tr w:rsidR="00417615" w14:paraId="6F864E28" w14:textId="77777777">
        <w:trPr>
          <w:cantSplit/>
          <w:jc w:val="center"/>
        </w:trPr>
        <w:tc>
          <w:tcPr>
            <w:tcW w:w="1756" w:type="dxa"/>
            <w:tcBorders>
              <w:bottom w:val="single" w:sz="4" w:space="0" w:color="D8E0E5"/>
            </w:tcBorders>
            <w:shd w:val="clear" w:color="auto" w:fill="F2F5F7"/>
            <w:tcMar>
              <w:top w:w="65" w:type="dxa"/>
              <w:left w:w="75" w:type="dxa"/>
              <w:bottom w:w="65" w:type="dxa"/>
              <w:right w:w="75" w:type="dxa"/>
            </w:tcMar>
            <w:vAlign w:val="center"/>
          </w:tcPr>
          <w:p w14:paraId="4728B7D4" w14:textId="77777777" w:rsidR="00417615" w:rsidRDefault="002B012F">
            <w:pPr>
              <w:spacing w:after="0"/>
            </w:pPr>
            <w:r>
              <w:rPr>
                <w:b/>
                <w:color w:val="2F3E46"/>
                <w:sz w:val="18"/>
              </w:rPr>
              <w:t>Years since PhD (if applicable)</w:t>
            </w:r>
          </w:p>
        </w:tc>
        <w:tc>
          <w:tcPr>
            <w:tcW w:w="3240" w:type="dxa"/>
            <w:tcBorders>
              <w:bottom w:val="single" w:sz="4" w:space="0" w:color="D8E0E5"/>
            </w:tcBorders>
            <w:tcMar>
              <w:top w:w="65" w:type="dxa"/>
              <w:left w:w="75" w:type="dxa"/>
              <w:bottom w:w="65" w:type="dxa"/>
              <w:right w:w="75" w:type="dxa"/>
            </w:tcMar>
            <w:vAlign w:val="center"/>
          </w:tcPr>
          <w:p w14:paraId="00211211" w14:textId="77777777" w:rsidR="00417615" w:rsidRDefault="002B012F">
            <w:pPr>
              <w:spacing w:after="0"/>
            </w:pPr>
            <w:r>
              <w:rPr>
                <w:sz w:val="18"/>
              </w:rPr>
              <w:t xml:space="preserve"> </w:t>
            </w:r>
          </w:p>
        </w:tc>
        <w:tc>
          <w:tcPr>
            <w:tcW w:w="1584" w:type="dxa"/>
            <w:tcBorders>
              <w:bottom w:val="single" w:sz="4" w:space="0" w:color="D8E0E5"/>
            </w:tcBorders>
            <w:shd w:val="clear" w:color="auto" w:fill="F2F5F7"/>
            <w:tcMar>
              <w:top w:w="65" w:type="dxa"/>
              <w:left w:w="75" w:type="dxa"/>
              <w:bottom w:w="65" w:type="dxa"/>
              <w:right w:w="75" w:type="dxa"/>
            </w:tcMar>
            <w:vAlign w:val="center"/>
          </w:tcPr>
          <w:p w14:paraId="0FBEC5AF" w14:textId="77777777" w:rsidR="00417615" w:rsidRDefault="002B012F">
            <w:pPr>
              <w:spacing w:after="0"/>
            </w:pPr>
            <w:r>
              <w:rPr>
                <w:b/>
                <w:color w:val="2F3E46"/>
                <w:sz w:val="18"/>
              </w:rPr>
              <w:t>Application date</w:t>
            </w:r>
          </w:p>
        </w:tc>
        <w:tc>
          <w:tcPr>
            <w:tcW w:w="3384" w:type="dxa"/>
            <w:tcBorders>
              <w:bottom w:val="single" w:sz="4" w:space="0" w:color="D8E0E5"/>
            </w:tcBorders>
            <w:tcMar>
              <w:top w:w="65" w:type="dxa"/>
              <w:left w:w="75" w:type="dxa"/>
              <w:bottom w:w="65" w:type="dxa"/>
              <w:right w:w="75" w:type="dxa"/>
            </w:tcMar>
            <w:vAlign w:val="center"/>
          </w:tcPr>
          <w:p w14:paraId="24B28433" w14:textId="77777777" w:rsidR="00417615" w:rsidRDefault="002B012F">
            <w:pPr>
              <w:spacing w:after="0"/>
            </w:pPr>
            <w:r>
              <w:rPr>
                <w:sz w:val="18"/>
              </w:rPr>
              <w:t xml:space="preserve"> </w:t>
            </w:r>
          </w:p>
        </w:tc>
      </w:tr>
    </w:tbl>
    <w:p w14:paraId="0E713857" w14:textId="77777777" w:rsidR="00417615" w:rsidRDefault="002B012F">
      <w:pPr>
        <w:pStyle w:val="Heading1"/>
      </w:pPr>
      <w:r>
        <w:t>2  Your ICNASA contribution</w:t>
      </w:r>
    </w:p>
    <w:tbl>
      <w:tblPr>
        <w:tblW w:w="0" w:type="auto"/>
        <w:jc w:val="center"/>
        <w:tblLayout w:type="fixed"/>
        <w:tblLook w:val="04A0" w:firstRow="1" w:lastRow="0" w:firstColumn="1" w:lastColumn="0" w:noHBand="0" w:noVBand="1"/>
      </w:tblPr>
      <w:tblGrid>
        <w:gridCol w:w="2520"/>
        <w:gridCol w:w="7200"/>
      </w:tblGrid>
      <w:tr w:rsidR="00417615" w14:paraId="6D90066C"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288B12FC" w14:textId="77777777" w:rsidR="00417615" w:rsidRDefault="002B012F">
            <w:r>
              <w:rPr>
                <w:b/>
                <w:color w:val="2F3E46"/>
                <w:sz w:val="18"/>
              </w:rPr>
              <w:t>Presentation / contribution title</w:t>
            </w:r>
          </w:p>
        </w:tc>
        <w:tc>
          <w:tcPr>
            <w:tcW w:w="7200" w:type="dxa"/>
            <w:tcBorders>
              <w:bottom w:val="single" w:sz="4" w:space="0" w:color="D8E0E5"/>
            </w:tcBorders>
            <w:tcMar>
              <w:top w:w="65" w:type="dxa"/>
              <w:left w:w="80" w:type="dxa"/>
              <w:bottom w:w="65" w:type="dxa"/>
              <w:right w:w="80" w:type="dxa"/>
            </w:tcMar>
          </w:tcPr>
          <w:p w14:paraId="7A641BEB" w14:textId="77777777" w:rsidR="00417615" w:rsidRDefault="002B012F">
            <w:r>
              <w:t xml:space="preserve"> </w:t>
            </w:r>
          </w:p>
        </w:tc>
      </w:tr>
      <w:tr w:rsidR="00417615" w14:paraId="35F9DDD4"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49534768" w14:textId="77777777" w:rsidR="00417615" w:rsidRDefault="002B012F">
            <w:r>
              <w:rPr>
                <w:b/>
                <w:color w:val="2F3E46"/>
                <w:sz w:val="18"/>
              </w:rPr>
              <w:t>Abstract or submission ID</w:t>
            </w:r>
          </w:p>
        </w:tc>
        <w:tc>
          <w:tcPr>
            <w:tcW w:w="7200" w:type="dxa"/>
            <w:tcBorders>
              <w:bottom w:val="single" w:sz="4" w:space="0" w:color="D8E0E5"/>
            </w:tcBorders>
            <w:tcMar>
              <w:top w:w="65" w:type="dxa"/>
              <w:left w:w="80" w:type="dxa"/>
              <w:bottom w:w="65" w:type="dxa"/>
              <w:right w:w="80" w:type="dxa"/>
            </w:tcMar>
          </w:tcPr>
          <w:p w14:paraId="1AE74975" w14:textId="77777777" w:rsidR="00417615" w:rsidRDefault="002B012F">
            <w:r>
              <w:t xml:space="preserve"> </w:t>
            </w:r>
          </w:p>
        </w:tc>
      </w:tr>
      <w:tr w:rsidR="00417615" w14:paraId="4B77B691"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4DBFDD11" w14:textId="77777777" w:rsidR="00417615" w:rsidRDefault="002B012F">
            <w:r>
              <w:rPr>
                <w:b/>
                <w:color w:val="2F3E46"/>
                <w:sz w:val="18"/>
              </w:rPr>
              <w:t>Contribution type</w:t>
            </w:r>
          </w:p>
        </w:tc>
        <w:tc>
          <w:tcPr>
            <w:tcW w:w="7200" w:type="dxa"/>
            <w:tcBorders>
              <w:bottom w:val="single" w:sz="4" w:space="0" w:color="D8E0E5"/>
            </w:tcBorders>
            <w:tcMar>
              <w:top w:w="65" w:type="dxa"/>
              <w:left w:w="80" w:type="dxa"/>
              <w:bottom w:w="65" w:type="dxa"/>
              <w:right w:w="80" w:type="dxa"/>
            </w:tcMar>
          </w:tcPr>
          <w:p w14:paraId="5490A0DA" w14:textId="77777777" w:rsidR="00417615" w:rsidRDefault="002B012F">
            <w:r>
              <w:t>☐</w:t>
            </w:r>
            <w:r>
              <w:t xml:space="preserve"> Oral   ☐ Poster   ☐ Invited talk   ☐ Other: ____________________</w:t>
            </w:r>
          </w:p>
        </w:tc>
      </w:tr>
      <w:tr w:rsidR="00417615" w14:paraId="3E9ECC39" w14:textId="77777777">
        <w:trPr>
          <w:cantSplit/>
          <w:jc w:val="center"/>
        </w:trPr>
        <w:tc>
          <w:tcPr>
            <w:tcW w:w="2520" w:type="dxa"/>
            <w:tcBorders>
              <w:bottom w:val="single" w:sz="4" w:space="0" w:color="D8E0E5"/>
            </w:tcBorders>
            <w:shd w:val="clear" w:color="auto" w:fill="F2F5F7"/>
            <w:tcMar>
              <w:top w:w="65" w:type="dxa"/>
              <w:left w:w="80" w:type="dxa"/>
              <w:bottom w:w="65" w:type="dxa"/>
              <w:right w:w="80" w:type="dxa"/>
            </w:tcMar>
          </w:tcPr>
          <w:p w14:paraId="4AA3BDAE" w14:textId="77777777" w:rsidR="00417615" w:rsidRDefault="002B012F">
            <w:r>
              <w:rPr>
                <w:b/>
                <w:color w:val="2F3E46"/>
                <w:sz w:val="18"/>
              </w:rPr>
              <w:t>Conference theme / topic</w:t>
            </w:r>
          </w:p>
        </w:tc>
        <w:tc>
          <w:tcPr>
            <w:tcW w:w="7200" w:type="dxa"/>
            <w:tcBorders>
              <w:bottom w:val="single" w:sz="4" w:space="0" w:color="D8E0E5"/>
            </w:tcBorders>
            <w:tcMar>
              <w:top w:w="65" w:type="dxa"/>
              <w:left w:w="80" w:type="dxa"/>
              <w:bottom w:w="65" w:type="dxa"/>
              <w:right w:w="80" w:type="dxa"/>
            </w:tcMar>
          </w:tcPr>
          <w:p w14:paraId="06B0905C" w14:textId="77777777" w:rsidR="00417615" w:rsidRDefault="002B012F">
            <w:r>
              <w:t xml:space="preserve"> </w:t>
            </w:r>
          </w:p>
        </w:tc>
      </w:tr>
    </w:tbl>
    <w:p w14:paraId="6D0D8663" w14:textId="77777777" w:rsidR="00417615" w:rsidRDefault="002B012F">
      <w:pPr>
        <w:pStyle w:val="Heading1"/>
      </w:pPr>
      <w:r>
        <w:t>3  Why are you applying?</w:t>
      </w:r>
    </w:p>
    <w:p w14:paraId="3AE98272" w14:textId="77777777" w:rsidR="00417615" w:rsidRDefault="002B012F">
      <w:pPr>
        <w:spacing w:line="245" w:lineRule="auto"/>
      </w:pPr>
      <w:r>
        <w:t>Please give a short statement (up to 200 words) covering: the scientific merit and relevance of your contribution, what you hope to gain or contribute through ICNASA, and why registration support would make a meaningful difference to your participation.</w:t>
      </w:r>
    </w:p>
    <w:tbl>
      <w:tblPr>
        <w:tblW w:w="0" w:type="auto"/>
        <w:jc w:val="center"/>
        <w:tblLook w:val="04A0" w:firstRow="1" w:lastRow="0" w:firstColumn="1" w:lastColumn="0" w:noHBand="0" w:noVBand="1"/>
      </w:tblPr>
      <w:tblGrid>
        <w:gridCol w:w="10416"/>
      </w:tblGrid>
      <w:tr w:rsidR="00417615" w14:paraId="08828E27" w14:textId="77777777">
        <w:trPr>
          <w:cantSplit/>
          <w:jc w:val="center"/>
        </w:trPr>
        <w:tc>
          <w:tcPr>
            <w:tcW w:w="10426" w:type="dxa"/>
            <w:tcBorders>
              <w:top w:val="single" w:sz="4" w:space="0" w:color="D8E0E5"/>
              <w:left w:val="single" w:sz="4" w:space="0" w:color="D8E0E5"/>
              <w:bottom w:val="single" w:sz="4" w:space="0" w:color="D8E0E5"/>
              <w:right w:val="single" w:sz="4" w:space="0" w:color="D8E0E5"/>
            </w:tcBorders>
            <w:tcMar>
              <w:top w:w="90" w:type="dxa"/>
              <w:left w:w="95" w:type="dxa"/>
              <w:bottom w:w="90" w:type="dxa"/>
              <w:right w:w="95" w:type="dxa"/>
            </w:tcMar>
          </w:tcPr>
          <w:p w14:paraId="2B3E1A45" w14:textId="77777777" w:rsidR="00417615" w:rsidRDefault="002B012F">
            <w:pPr>
              <w:spacing w:after="0"/>
            </w:pPr>
            <w:r>
              <w:br/>
            </w:r>
            <w:r>
              <w:br/>
            </w:r>
          </w:p>
        </w:tc>
      </w:tr>
    </w:tbl>
    <w:p w14:paraId="139433C8" w14:textId="77777777" w:rsidR="00417615" w:rsidRDefault="002B012F">
      <w:pPr>
        <w:pStyle w:val="Heading1"/>
      </w:pPr>
      <w:r>
        <w:t>4  Funding available</w:t>
      </w:r>
    </w:p>
    <w:tbl>
      <w:tblPr>
        <w:tblW w:w="0" w:type="auto"/>
        <w:jc w:val="center"/>
        <w:tblLayout w:type="fixed"/>
        <w:tblLook w:val="04A0" w:firstRow="1" w:lastRow="0" w:firstColumn="1" w:lastColumn="0" w:noHBand="0" w:noVBand="1"/>
      </w:tblPr>
      <w:tblGrid>
        <w:gridCol w:w="3168"/>
        <w:gridCol w:w="6552"/>
      </w:tblGrid>
      <w:tr w:rsidR="00417615" w14:paraId="077D9CE5" w14:textId="77777777">
        <w:trPr>
          <w:cantSplit/>
          <w:jc w:val="center"/>
        </w:trPr>
        <w:tc>
          <w:tcPr>
            <w:tcW w:w="3168" w:type="dxa"/>
            <w:tcBorders>
              <w:bottom w:val="single" w:sz="4" w:space="0" w:color="D8E0E5"/>
            </w:tcBorders>
            <w:shd w:val="clear" w:color="auto" w:fill="F2F5F7"/>
            <w:tcMar>
              <w:top w:w="65" w:type="dxa"/>
              <w:left w:w="80" w:type="dxa"/>
              <w:bottom w:w="65" w:type="dxa"/>
              <w:right w:w="80" w:type="dxa"/>
            </w:tcMar>
          </w:tcPr>
          <w:p w14:paraId="37932951" w14:textId="77777777" w:rsidR="00417615" w:rsidRDefault="002B012F">
            <w:r>
              <w:rPr>
                <w:b/>
                <w:color w:val="2F3E46"/>
                <w:sz w:val="18"/>
              </w:rPr>
              <w:t>Access to registration funding</w:t>
            </w:r>
          </w:p>
        </w:tc>
        <w:tc>
          <w:tcPr>
            <w:tcW w:w="6552" w:type="dxa"/>
            <w:tcBorders>
              <w:bottom w:val="single" w:sz="4" w:space="0" w:color="D8E0E5"/>
            </w:tcBorders>
            <w:tcMar>
              <w:top w:w="65" w:type="dxa"/>
              <w:left w:w="80" w:type="dxa"/>
              <w:bottom w:w="65" w:type="dxa"/>
              <w:right w:w="80" w:type="dxa"/>
            </w:tcMar>
          </w:tcPr>
          <w:p w14:paraId="23A4E1F8" w14:textId="77777777" w:rsidR="00417615" w:rsidRDefault="002B012F">
            <w:r>
              <w:rPr>
                <w:sz w:val="18"/>
              </w:rPr>
              <w:t>☐</w:t>
            </w:r>
            <w:r>
              <w:rPr>
                <w:sz w:val="18"/>
              </w:rPr>
              <w:t xml:space="preserve"> None   ☐ Limited / partial   ☐ Available but insufficient</w:t>
            </w:r>
          </w:p>
        </w:tc>
      </w:tr>
      <w:tr w:rsidR="00417615" w14:paraId="40F706BD" w14:textId="77777777">
        <w:trPr>
          <w:cantSplit/>
          <w:jc w:val="center"/>
        </w:trPr>
        <w:tc>
          <w:tcPr>
            <w:tcW w:w="3168" w:type="dxa"/>
            <w:tcBorders>
              <w:bottom w:val="single" w:sz="4" w:space="0" w:color="D8E0E5"/>
            </w:tcBorders>
            <w:shd w:val="clear" w:color="auto" w:fill="F2F5F7"/>
            <w:tcMar>
              <w:top w:w="65" w:type="dxa"/>
              <w:left w:w="80" w:type="dxa"/>
              <w:bottom w:w="65" w:type="dxa"/>
              <w:right w:w="80" w:type="dxa"/>
            </w:tcMar>
          </w:tcPr>
          <w:p w14:paraId="78F8C0B3" w14:textId="77777777" w:rsidR="00417615" w:rsidRDefault="002B012F">
            <w:r>
              <w:rPr>
                <w:b/>
                <w:color w:val="2F3E46"/>
                <w:sz w:val="18"/>
              </w:rPr>
              <w:t>Funding sources explored</w:t>
            </w:r>
          </w:p>
        </w:tc>
        <w:tc>
          <w:tcPr>
            <w:tcW w:w="6552" w:type="dxa"/>
            <w:tcBorders>
              <w:bottom w:val="single" w:sz="4" w:space="0" w:color="D8E0E5"/>
            </w:tcBorders>
            <w:tcMar>
              <w:top w:w="65" w:type="dxa"/>
              <w:left w:w="80" w:type="dxa"/>
              <w:bottom w:w="65" w:type="dxa"/>
              <w:right w:w="80" w:type="dxa"/>
            </w:tcMar>
          </w:tcPr>
          <w:p w14:paraId="7A05861D" w14:textId="77777777" w:rsidR="00417615" w:rsidRDefault="002B012F">
            <w:r>
              <w:rPr>
                <w:sz w:val="18"/>
              </w:rPr>
              <w:t xml:space="preserve"> </w:t>
            </w:r>
          </w:p>
        </w:tc>
      </w:tr>
      <w:tr w:rsidR="00417615" w14:paraId="70516F2E" w14:textId="77777777">
        <w:trPr>
          <w:cantSplit/>
          <w:jc w:val="center"/>
        </w:trPr>
        <w:tc>
          <w:tcPr>
            <w:tcW w:w="3168" w:type="dxa"/>
            <w:tcBorders>
              <w:bottom w:val="single" w:sz="4" w:space="0" w:color="D8E0E5"/>
            </w:tcBorders>
            <w:shd w:val="clear" w:color="auto" w:fill="F2F5F7"/>
            <w:tcMar>
              <w:top w:w="65" w:type="dxa"/>
              <w:left w:w="80" w:type="dxa"/>
              <w:bottom w:w="65" w:type="dxa"/>
              <w:right w:w="80" w:type="dxa"/>
            </w:tcMar>
          </w:tcPr>
          <w:p w14:paraId="5FCA5268" w14:textId="77777777" w:rsidR="00417615" w:rsidRDefault="002B012F">
            <w:r>
              <w:rPr>
                <w:b/>
                <w:color w:val="2F3E46"/>
                <w:sz w:val="18"/>
              </w:rPr>
              <w:t>Could you attend without a registration discount?</w:t>
            </w:r>
          </w:p>
        </w:tc>
        <w:tc>
          <w:tcPr>
            <w:tcW w:w="6552" w:type="dxa"/>
            <w:tcBorders>
              <w:bottom w:val="single" w:sz="4" w:space="0" w:color="D8E0E5"/>
            </w:tcBorders>
            <w:tcMar>
              <w:top w:w="65" w:type="dxa"/>
              <w:left w:w="80" w:type="dxa"/>
              <w:bottom w:w="65" w:type="dxa"/>
              <w:right w:w="80" w:type="dxa"/>
            </w:tcMar>
          </w:tcPr>
          <w:p w14:paraId="6FC84023" w14:textId="77777777" w:rsidR="00417615" w:rsidRDefault="002B012F">
            <w:r>
              <w:rPr>
                <w:sz w:val="18"/>
              </w:rPr>
              <w:t>☐</w:t>
            </w:r>
            <w:r>
              <w:rPr>
                <w:sz w:val="18"/>
              </w:rPr>
              <w:t xml:space="preserve"> Yes   ☐ No   ☐ Uncertain</w:t>
            </w:r>
          </w:p>
        </w:tc>
      </w:tr>
    </w:tbl>
    <w:p w14:paraId="7F232A46" w14:textId="77777777" w:rsidR="00417615" w:rsidRDefault="002B012F">
      <w:pPr>
        <w:pStyle w:val="Heading1"/>
      </w:pPr>
      <w:r>
        <w:t>5  Declaration</w:t>
      </w:r>
    </w:p>
    <w:p w14:paraId="0319B54C" w14:textId="77777777" w:rsidR="00417615" w:rsidRDefault="002B012F">
      <w:pPr>
        <w:spacing w:after="30"/>
        <w:ind w:left="29"/>
      </w:pPr>
      <w:r>
        <w:rPr>
          <w:sz w:val="18"/>
        </w:rPr>
        <w:t>☐</w:t>
      </w:r>
      <w:r>
        <w:rPr>
          <w:sz w:val="18"/>
        </w:rPr>
        <w:t xml:space="preserve">  I confirm that the information in this application is accurate.</w:t>
      </w:r>
    </w:p>
    <w:p w14:paraId="0C4CCD73" w14:textId="77777777" w:rsidR="00417615" w:rsidRDefault="002B012F">
      <w:pPr>
        <w:spacing w:after="30"/>
        <w:ind w:left="29"/>
      </w:pPr>
      <w:r>
        <w:rPr>
          <w:sz w:val="18"/>
        </w:rPr>
        <w:t>☐</w:t>
      </w:r>
      <w:r>
        <w:rPr>
          <w:sz w:val="18"/>
        </w:rPr>
        <w:t xml:space="preserve">  I understand that registration support is limited, competitive and not guaranteed.</w:t>
      </w:r>
    </w:p>
    <w:p w14:paraId="79726807" w14:textId="77777777" w:rsidR="00417615" w:rsidRDefault="002B012F">
      <w:pPr>
        <w:spacing w:after="30"/>
        <w:ind w:left="29"/>
      </w:pPr>
      <w:r>
        <w:rPr>
          <w:sz w:val="18"/>
        </w:rPr>
        <w:t>☐</w:t>
      </w:r>
      <w:r>
        <w:rPr>
          <w:sz w:val="18"/>
        </w:rPr>
        <w:t xml:space="preserve">  I consent to this application being reviewed confidentially for the purpose of assessing registration support.</w:t>
      </w:r>
    </w:p>
    <w:tbl>
      <w:tblPr>
        <w:tblW w:w="0" w:type="auto"/>
        <w:jc w:val="center"/>
        <w:tblLayout w:type="fixed"/>
        <w:tblLook w:val="04A0" w:firstRow="1" w:lastRow="0" w:firstColumn="1" w:lastColumn="0" w:noHBand="0" w:noVBand="1"/>
      </w:tblPr>
      <w:tblGrid>
        <w:gridCol w:w="1440"/>
        <w:gridCol w:w="4320"/>
        <w:gridCol w:w="936"/>
        <w:gridCol w:w="3024"/>
      </w:tblGrid>
      <w:tr w:rsidR="00417615" w14:paraId="75A2F9BE" w14:textId="77777777">
        <w:trPr>
          <w:cantSplit/>
          <w:jc w:val="center"/>
        </w:trPr>
        <w:tc>
          <w:tcPr>
            <w:tcW w:w="1440" w:type="dxa"/>
            <w:tcBorders>
              <w:bottom w:val="single" w:sz="4" w:space="0" w:color="D8E0E5"/>
            </w:tcBorders>
            <w:shd w:val="clear" w:color="auto" w:fill="F2F5F7"/>
            <w:tcMar>
              <w:top w:w="55" w:type="dxa"/>
              <w:left w:w="70" w:type="dxa"/>
              <w:bottom w:w="55" w:type="dxa"/>
              <w:right w:w="70" w:type="dxa"/>
            </w:tcMar>
          </w:tcPr>
          <w:p w14:paraId="350DCEAB" w14:textId="77777777" w:rsidR="00417615" w:rsidRDefault="002B012F">
            <w:r>
              <w:rPr>
                <w:b/>
                <w:color w:val="2F3E46"/>
                <w:sz w:val="18"/>
              </w:rPr>
              <w:t>Signature</w:t>
            </w:r>
          </w:p>
        </w:tc>
        <w:tc>
          <w:tcPr>
            <w:tcW w:w="4320" w:type="dxa"/>
            <w:tcBorders>
              <w:bottom w:val="single" w:sz="4" w:space="0" w:color="D8E0E5"/>
            </w:tcBorders>
            <w:tcMar>
              <w:top w:w="55" w:type="dxa"/>
              <w:left w:w="70" w:type="dxa"/>
              <w:bottom w:w="55" w:type="dxa"/>
              <w:right w:w="70" w:type="dxa"/>
            </w:tcMar>
          </w:tcPr>
          <w:p w14:paraId="6DBE4385" w14:textId="77777777" w:rsidR="00417615" w:rsidRDefault="00417615"/>
        </w:tc>
        <w:tc>
          <w:tcPr>
            <w:tcW w:w="936" w:type="dxa"/>
            <w:tcBorders>
              <w:bottom w:val="single" w:sz="4" w:space="0" w:color="D8E0E5"/>
            </w:tcBorders>
            <w:shd w:val="clear" w:color="auto" w:fill="F2F5F7"/>
            <w:tcMar>
              <w:top w:w="55" w:type="dxa"/>
              <w:left w:w="70" w:type="dxa"/>
              <w:bottom w:w="55" w:type="dxa"/>
              <w:right w:w="70" w:type="dxa"/>
            </w:tcMar>
          </w:tcPr>
          <w:p w14:paraId="37313782" w14:textId="77777777" w:rsidR="00417615" w:rsidRDefault="002B012F">
            <w:r>
              <w:rPr>
                <w:b/>
                <w:color w:val="2F3E46"/>
                <w:sz w:val="18"/>
              </w:rPr>
              <w:t>Date</w:t>
            </w:r>
          </w:p>
        </w:tc>
        <w:tc>
          <w:tcPr>
            <w:tcW w:w="3024" w:type="dxa"/>
            <w:tcBorders>
              <w:bottom w:val="single" w:sz="4" w:space="0" w:color="D8E0E5"/>
            </w:tcBorders>
            <w:tcMar>
              <w:top w:w="55" w:type="dxa"/>
              <w:left w:w="70" w:type="dxa"/>
              <w:bottom w:w="55" w:type="dxa"/>
              <w:right w:w="70" w:type="dxa"/>
            </w:tcMar>
          </w:tcPr>
          <w:p w14:paraId="762B492B" w14:textId="77777777" w:rsidR="00417615" w:rsidRDefault="00417615"/>
        </w:tc>
      </w:tr>
    </w:tbl>
    <w:p w14:paraId="17EA2CE3" w14:textId="4D6F70D8" w:rsidR="00417615" w:rsidRDefault="00417615" w:rsidP="007D77C4">
      <w:pPr>
        <w:spacing w:after="0"/>
      </w:pPr>
    </w:p>
    <w:sectPr w:rsidR="00417615" w:rsidSect="00034616">
      <w:headerReference w:type="default" r:id="rId8"/>
      <w:footerReference w:type="default" r:id="rId9"/>
      <w:pgSz w:w="12240" w:h="15840"/>
      <w:pgMar w:top="576" w:right="907" w:bottom="547" w:left="907"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0ACA" w14:textId="77777777" w:rsidR="002B012F" w:rsidRDefault="002B012F">
      <w:pPr>
        <w:spacing w:after="0" w:line="240" w:lineRule="auto"/>
      </w:pPr>
      <w:r>
        <w:separator/>
      </w:r>
    </w:p>
  </w:endnote>
  <w:endnote w:type="continuationSeparator" w:id="0">
    <w:p w14:paraId="49BA0DAB" w14:textId="77777777" w:rsidR="002B012F" w:rsidRDefault="002B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D91E" w14:textId="77777777" w:rsidR="00417615" w:rsidRDefault="002B012F">
    <w:pPr>
      <w:pStyle w:val="Footer"/>
      <w:jc w:val="center"/>
    </w:pPr>
    <w:r>
      <w:rPr>
        <w:color w:val="6E767C"/>
        <w:sz w:val="15"/>
      </w:rPr>
      <w:t>Confidential application  •  ICNASA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E789E" w14:textId="77777777" w:rsidR="002B012F" w:rsidRDefault="002B012F">
      <w:pPr>
        <w:spacing w:after="0" w:line="240" w:lineRule="auto"/>
      </w:pPr>
      <w:r>
        <w:separator/>
      </w:r>
    </w:p>
  </w:footnote>
  <w:footnote w:type="continuationSeparator" w:id="0">
    <w:p w14:paraId="20F51AD7" w14:textId="77777777" w:rsidR="002B012F" w:rsidRDefault="002B0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413C" w14:textId="77777777" w:rsidR="00417615" w:rsidRDefault="002B012F">
    <w:pPr>
      <w:pStyle w:val="Header"/>
      <w:jc w:val="right"/>
    </w:pPr>
    <w:r>
      <w:rPr>
        <w:b/>
        <w:color w:val="1F6D78"/>
        <w:sz w:val="18"/>
      </w:rPr>
      <w:t>ICNASA</w:t>
    </w:r>
    <w:r>
      <w:rPr>
        <w:color w:val="646E74"/>
        <w:sz w:val="17"/>
      </w:rPr>
      <w:t xml:space="preserve">  |  Registration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4862257">
    <w:abstractNumId w:val="8"/>
  </w:num>
  <w:num w:numId="2" w16cid:durableId="1772167458">
    <w:abstractNumId w:val="6"/>
  </w:num>
  <w:num w:numId="3" w16cid:durableId="1526792378">
    <w:abstractNumId w:val="5"/>
  </w:num>
  <w:num w:numId="4" w16cid:durableId="362244268">
    <w:abstractNumId w:val="4"/>
  </w:num>
  <w:num w:numId="5" w16cid:durableId="333338160">
    <w:abstractNumId w:val="7"/>
  </w:num>
  <w:num w:numId="6" w16cid:durableId="1694109345">
    <w:abstractNumId w:val="3"/>
  </w:num>
  <w:num w:numId="7" w16cid:durableId="571164729">
    <w:abstractNumId w:val="2"/>
  </w:num>
  <w:num w:numId="8" w16cid:durableId="492110184">
    <w:abstractNumId w:val="1"/>
  </w:num>
  <w:num w:numId="9" w16cid:durableId="17257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188B"/>
    <w:rsid w:val="0029639D"/>
    <w:rsid w:val="002B012F"/>
    <w:rsid w:val="00326F90"/>
    <w:rsid w:val="00417615"/>
    <w:rsid w:val="00472069"/>
    <w:rsid w:val="007D77C4"/>
    <w:rsid w:val="00AA1D8D"/>
    <w:rsid w:val="00B47730"/>
    <w:rsid w:val="00CB0664"/>
    <w:rsid w:val="00E05E02"/>
    <w:rsid w:val="00F827F0"/>
    <w:rsid w:val="00F91C99"/>
    <w:rsid w:val="00FC693F"/>
    <w:rsid w:val="00FD0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1E6BD"/>
  <w14:defaultImageDpi w14:val="300"/>
  <w15:docId w15:val="{83B4C736-8E2B-994E-A103-920447A2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eastAsia="Aptos" w:hAnsi="Aptos"/>
      <w:color w:val="28343A"/>
      <w:sz w:val="19"/>
    </w:rPr>
  </w:style>
  <w:style w:type="paragraph" w:styleId="Heading1">
    <w:name w:val="heading 1"/>
    <w:basedOn w:val="Normal"/>
    <w:next w:val="Normal"/>
    <w:link w:val="Heading1Char"/>
    <w:uiPriority w:val="9"/>
    <w:qFormat/>
    <w:rsid w:val="00FC693F"/>
    <w:pPr>
      <w:keepNext/>
      <w:keepLines/>
      <w:spacing w:before="100"/>
      <w:outlineLvl w:val="0"/>
    </w:pPr>
    <w:rPr>
      <w:rFonts w:asciiTheme="majorHAnsi" w:eastAsiaTheme="majorEastAsia" w:hAnsiTheme="majorHAnsi" w:cstheme="majorBidi"/>
      <w:b/>
      <w:bCs/>
      <w:color w:val="17365D"/>
      <w:sz w:val="24"/>
      <w:szCs w:val="28"/>
    </w:rPr>
  </w:style>
  <w:style w:type="paragraph" w:styleId="Heading2">
    <w:name w:val="heading 2"/>
    <w:basedOn w:val="Normal"/>
    <w:next w:val="Normal"/>
    <w:link w:val="Heading2Char"/>
    <w:uiPriority w:val="9"/>
    <w:unhideWhenUsed/>
    <w:qFormat/>
    <w:rsid w:val="00FC693F"/>
    <w:pPr>
      <w:keepNext/>
      <w:keepLines/>
      <w:spacing w:before="100"/>
      <w:outlineLvl w:val="1"/>
    </w:pPr>
    <w:rPr>
      <w:rFonts w:asciiTheme="majorHAnsi" w:eastAsiaTheme="majorEastAsia" w:hAnsiTheme="majorHAnsi" w:cstheme="majorBidi"/>
      <w:b/>
      <w:bCs/>
      <w:color w:val="1F6D78"/>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1373</Characters>
  <Application>Microsoft Office Word</Application>
  <DocSecurity>0</DocSecurity>
  <Lines>11</Lines>
  <Paragraphs>3</Paragraphs>
  <ScaleCrop>false</ScaleCrop>
  <Manager/>
  <Company/>
  <LinksUpToDate>false</LinksUpToDate>
  <CharactersWithSpaces>1610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ICNASA Excellence &amp; Access Registration Support – Application Form</dc:title>
  <dc:subject>Registration support application</dc:subject>
  <dc:creator>ICNASA</dc:creator>
  <cp:keywords/>
  <dc:description>generated by python-docx</dc:description>
  <cp:lastModifiedBy>Jane Xu</cp:lastModifiedBy>
  <cp:revision>3</cp:revision>
  <dcterms:created xsi:type="dcterms:W3CDTF">2026-09-02T03:11:00Z</dcterms:created>
  <dcterms:modified xsi:type="dcterms:W3CDTF">2026-09-02T03:11:00Z</dcterms:modified>
  <cp:category/>
</cp:coreProperties>
</file>